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התמדה – טיפה אחר טיפה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'אמצע הדרך' כשלב הקשה ביותר בהתמדה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אסטרטגיות להתמדה: צעדים קטנים, הרגלים, מעקב וחזרה אחרי נפילה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מסלול התמדה אישי קטן לשבוע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הסיפור והמקור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שילוב של מזג אוויר, מבחן וחוסר חשק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שהיא לא חייבת לרוץ מהר, רק להגיע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רבי טרפון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רצה הכי לאט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המאמנת אמרה שהיא רק צריכה להגיע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מבינים את דברי רבי טרפון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עמוד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לגמור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מושגי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(תרשים שמראה התלהבות בהתחלה, ירידה באמצע ועלייה בסוף)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(חלק קטן מהמטרה הגדולה, קל יותר לבצע)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(פעולה שחוזרים עליה עד שהיא נעשית טבעית)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(רגע של כישלון או הפסקה בדרך למטרה)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אתגר חמש הטיפות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1: לכתוב את המטרה ואת הצעד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2: לבצע את הצעד באותה שעה כמו אתמול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3: לספר לחבר או לחברה על המטרה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יום 4: לעשות לפחות חצי צעד גם ביום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מטרה ברורה וקטנה, וחמישה צעדים פשוטים ומציאותיים ליום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שמזהה ירידה באמצע הדרך ועלייה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יעד קטן וקרוב במקום המטרה הגדולה כולה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שחזרה למסלול אחרי הפסקה היא חלק מהתמדה, לא כישלון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בהדגמה קצרה של טיפות מים על חפץ קשה כדי לחבר את התלמידים לרעיון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לדיון בזוגות על שלב ה'אמצע' לפני מעבר לכתיבה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מטרות קטנות ומציאותיות ולא שאפתניות מדי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התמדה – טיפה אחר טיפה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נעסוק בהתמדה – היכולת להמשיך לפעול למען מטרה גם כשההתלהבות הראשונית נגמרת. נכיר את הסיפור על מעיין ואת דברי רבי טרפון 'לא עליך המלאכה לגמור'.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עמוד חשמל  ·  לגמור  ·  19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– הסיפור והמקור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גרם למעיין כמעט לוותר על הריצה?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פציעה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שילוב של מזג אוויר, מבחן וחוסר חשק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המאמנת ביקשה ממנה להפסיק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אמרה המאמנת למעיין בהודעה האישית?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שהיא חייבת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שהיא לא חייבת לרוץ מהר, רק להגיע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שהיא צריכה לעזוב את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אמר את המשפט 'לא עליך המלאכה לגמור'?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רבי עקיבא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רבי טרפון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המאמנת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מעיין הייתה הכי מהירה בקבוצת הריצה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המאמנת ביקשה ממעיין לרוץ מהר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'לא עליך המלאכה לגמור' מלמד שלא חייבים לסיים הכל, אבל גם אסור להפסיק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באימון מספר __________ מעיין כתבה שהיא 'לא בנויה לזה'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המאמנת אמרה למעיין לחשוב על ה__________ הבא ולא על קו הסיום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את המשפט 'לא עליך המלאכה __________' אמר רבי טרפון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מושגי התמדה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עקומת המוטיבציה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חלק קטן מהמטרה הגדולה, קל יותר לבצע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צעד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רגע של כישלון או הפסקה בדרך למטרה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תרשים שמראה התלהבות בהתחלה, ירידה באמצע ועלייה בסוף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נפילה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פעולה שחוזרים עליה עד שהיא נעשית טבעית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אתגר חמש הטיפות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4: לעשות לפחות חצי צעד גם ביום קשה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3: לספר לחבר או לחברה על המטרה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1: לכתוב את המטרה ואת הצעד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2: לבצע את הצעד באותה שעה כמו אתמול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מטרה קטנה אישית (לדוגמה: קריאה, ספורט, לימוד) ותכננו לה מסלול התמדה של חמישה ימים, בהשראת אתגר 'חמש הטיפות'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'עקומת המוטיבציה' ואיך היא קשורה לסיפור של מעיין?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'עמוד חשמל הבא' יכול לעזור לכם במטרה שלכם עכשיו?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התמדה – טיפה אחר טיפה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